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10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Московской области</w:t>
      </w:r>
    </w:p>
    <w:p>
      <w:pPr>
        <w:autoSpaceDN w:val="0"/>
        <w:autoSpaceDE w:val="0"/>
        <w:widowControl/>
        <w:spacing w:line="230" w:lineRule="auto" w:before="670" w:after="0"/>
        <w:ind w:left="134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Сергиево-Посадского муниципального района</w:t>
      </w:r>
    </w:p>
    <w:p>
      <w:pPr>
        <w:autoSpaceDN w:val="0"/>
        <w:autoSpaceDE w:val="0"/>
        <w:widowControl/>
        <w:spacing w:line="230" w:lineRule="auto" w:before="670" w:after="0"/>
        <w:ind w:left="134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"Хотьковская средняя общеобразовательная школа №5"</w:t>
      </w:r>
    </w:p>
    <w:p>
      <w:pPr>
        <w:autoSpaceDN w:val="0"/>
        <w:autoSpaceDE w:val="0"/>
        <w:widowControl/>
        <w:spacing w:line="230" w:lineRule="auto" w:before="1436" w:after="0"/>
        <w:ind w:left="0" w:right="187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УТВЕРЖДЕНО</w:t>
      </w:r>
    </w:p>
    <w:p>
      <w:pPr>
        <w:autoSpaceDN w:val="0"/>
        <w:autoSpaceDE w:val="0"/>
        <w:widowControl/>
        <w:spacing w:line="230" w:lineRule="auto" w:before="0" w:after="0"/>
        <w:ind w:left="0" w:right="237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Директор </w:t>
      </w:r>
    </w:p>
    <w:p>
      <w:pPr>
        <w:autoSpaceDN w:val="0"/>
        <w:autoSpaceDE w:val="0"/>
        <w:widowControl/>
        <w:spacing w:line="230" w:lineRule="auto" w:before="182" w:after="0"/>
        <w:ind w:left="0" w:right="51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Л. В. Романова______________</w:t>
      </w:r>
    </w:p>
    <w:p>
      <w:pPr>
        <w:autoSpaceDN w:val="0"/>
        <w:autoSpaceDE w:val="0"/>
        <w:widowControl/>
        <w:spacing w:line="230" w:lineRule="auto" w:before="182" w:after="0"/>
        <w:ind w:left="0" w:right="238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</w:t>
      </w:r>
    </w:p>
    <w:p>
      <w:pPr>
        <w:autoSpaceDN w:val="0"/>
        <w:autoSpaceDE w:val="0"/>
        <w:widowControl/>
        <w:spacing w:line="230" w:lineRule="auto" w:before="182" w:after="0"/>
        <w:ind w:left="0" w:right="209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  2022 г.</w:t>
      </w:r>
    </w:p>
    <w:p>
      <w:pPr>
        <w:autoSpaceDN w:val="0"/>
        <w:autoSpaceDE w:val="0"/>
        <w:widowControl/>
        <w:spacing w:line="230" w:lineRule="auto" w:before="1038" w:after="0"/>
        <w:ind w:left="0" w:right="364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8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3870250)</w:t>
      </w:r>
    </w:p>
    <w:p>
      <w:pPr>
        <w:autoSpaceDN w:val="0"/>
        <w:autoSpaceDE w:val="0"/>
        <w:widowControl/>
        <w:spacing w:line="230" w:lineRule="auto" w:before="166" w:after="0"/>
        <w:ind w:left="0" w:right="401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18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(английский)»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Кочергина Наталья Анатольевна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английского языка</w:t>
      </w:r>
    </w:p>
    <w:p>
      <w:pPr>
        <w:autoSpaceDN w:val="0"/>
        <w:autoSpaceDE w:val="0"/>
        <w:widowControl/>
        <w:spacing w:line="230" w:lineRule="auto" w:before="2830" w:after="0"/>
        <w:ind w:left="0" w:right="426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Хотьково 2022</w:t>
      </w:r>
    </w:p>
    <w:p>
      <w:pPr>
        <w:sectPr>
          <w:pgSz w:w="11900" w:h="16840"/>
          <w:pgMar w:top="298" w:right="874" w:bottom="296" w:left="1440" w:header="720" w:footer="720" w:gutter="0"/>
          <w:cols w:space="720" w:num="1" w:equalWidth="0">
            <w:col w:w="95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 английскому языку для обучающихся 5 классов составлена на основе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«Требований к результатам освоения основной образовательной программы»,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Универсальном кодификаторе по иностранному (английскому)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(АНГЛИЙСКИЙ)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(английский)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(АНГЛИЙСКИЙ) ЯЗЫК»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уровнях и, соответственно,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воплощаются в личностных, метапредметных/общеучебных/универсальных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(АНГЛИЙСКИЙ)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5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660" w:bottom="1440" w:left="666" w:header="720" w:footer="720" w:gutter="0"/>
          <w:cols w:space="720" w:num="1" w:equalWidth="0"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виды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Моя семья. Мои друзья. Семейные праздники: день рождения, Новый год.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Внешность и характер человека/литературного персонажа. Досуг и увлечения/хобби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подростка (чтение, кино, спорт).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Здоровый образ жизни: режим труда и отдыха, здоровое питание.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одежда, обувь и продукты питания.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Школа, школьная жизнь, школьная форма, изучаемые предметы. Переписка с зарубежными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сверстниками.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Каникулы в различное время года. Виды отдыха.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Природа: дикие и домашние животные. Погода. Родной город/село. Транспорт.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достопримечательности, культурные особенности (национальные праздники, традиции, обычаи).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Выдающиеся люди родной страны и страны/стран изучаемого языка: писатели, поэты.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диалогической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 этикетного  характера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 начинать,  поддерживать и заканчивать разговор (в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разговор по телефону); поздравлять с праздником и вежливо реагировать на поздравление; выражать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благодарность; вежливо соглашаться на предложение/отказываться от предложения собеседника;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диалог-побуждение к действию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диалог-расспрос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сообщать фактическую информацию, отвечая на вопросы разных видов;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запрашивать интересующую информацию.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Вышеперечисленные умения диалогической речи развиваются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в рамках тематического содержания речи класса с опорой на речевые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ключевые слова и/или иллюстрации, фотографии с соблюдением норм речевого этикета,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принятых в стране/странах изучаемого языка.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5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создание устных  связных  монологических  высказываний с использованием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коммуникативных типов речи: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описание (предмета, внешности и одежды человека), в том числе характеристика (черты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 реального человека или литературного персонажа);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повествование/сообщение;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изложение (пересказ) основного содержания прочитанного текста;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краткое изложение результатов выполненной проектной работы.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опорой на ключевые слова, вопросы, план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иллюстрации, фотографии.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5-6 фраз.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аудирования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вербальная/невербальная реакция на услышанное;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умений восприятия и понимания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несложных адаптированных аутентичных текстов, содержащих отдельные незнакомые слова, с разной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глубиной 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с опорой и без опоры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иллюстрации.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 и главные факты/события в воспринимаемом на слух тексте; игнорировать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незнакомые слова, несущественные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запрашиваемой информации предполагает умение выделять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запрашиваемую информацию, представленную в эксплицитной (явной) форме, в воспринимаемом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диалог (беседа), высказывания собеседников в ситуациях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текста/текстов для аудирования — до 1 минуты.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сформированных в начальной школе умений читать про себя и понимать учебные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 разных жанров и стилей, содержащие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основного содержания текста предполагает умение определять основную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 и главные факты/события в прочитанном тексте, игнорировать незнакомые слова,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несущественные для понимания основного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запрашиваемой информации предполагает умение находить в прочитанном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тексте и понимать запрашиваемую информацию, представленную в эксплицитной (явной) форме.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несплошных текстов (таблиц) и понимание представленной в них информации.</w:t>
      </w:r>
    </w:p>
    <w:p>
      <w:pPr>
        <w:autoSpaceDN w:val="0"/>
        <w:autoSpaceDE w:val="0"/>
        <w:widowControl/>
        <w:spacing w:line="271" w:lineRule="auto" w:before="72" w:after="0"/>
        <w:ind w:left="0" w:right="102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беседа/диалог, рассказ, сказка, сообщение личного характера, отрывок из статьи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научно-популярного характера, сообщение информационного характера, стихотворение; несплошной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(таблица).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180-200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 на базе умений, сформированных в начальной школе: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списывание текста и выписывание из него слов, словосочетаний, предложений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решаемой коммуникативной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коротких поздравлений с праздниками (с Новым годом, Рождеством, днём рождения);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формуляров: сообщение о себе основных сведений в соответствии с нормами,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принятыми в стране/странах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сообщение кратких сведений о себе;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оформление обращения, завершающей фразы и подписи в соответствии с нормами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принятыми в стране/странах изучаемого языка. Объём сообщения — до 60 слов.</w:t>
      </w:r>
    </w:p>
    <w:p>
      <w:pPr>
        <w:sectPr>
          <w:pgSz w:w="11900" w:h="16840"/>
          <w:pgMar w:top="298" w:right="648" w:bottom="476" w:left="666" w:header="720" w:footer="720" w:gutter="0"/>
          <w:cols w:space="720" w:num="1" w:equalWidth="0"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 слух  и  адекватное,  без  ошибок,  ведущих к сбою в коммуникации, произнесение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 с соблюдением правильного ударения и фраз с соблюдением их ритмико-интонационных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особенностей, в том числе отсутствия фразового ударения на служебных словах; чтение новых слов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согласно основным правилам чтения.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адаптированных аутентичных текстов, построенных на изученном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языковом материале, с соблюдением правил чтения и соответствующей интонации,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демонстрирующее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 вслух: беседа/диалог, рассказ, отрывок из статьи научно-популярного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90 слов.</w:t>
      </w:r>
    </w:p>
    <w:p>
      <w:pPr>
        <w:autoSpaceDN w:val="0"/>
        <w:autoSpaceDE w:val="0"/>
        <w:widowControl/>
        <w:spacing w:line="262" w:lineRule="auto" w:before="190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 и обращении; апострофа.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 правильное, в соответствии с нормами речевого этикета, принятыми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языка, оформление электронного сообщения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 (слов, словосочетаний, речевых клише), обслуживающих ситуации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речи, с соблюдением существующей в английском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изучаемой лексики: 625 лексических единиц для продуктивного использования (включая 500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единиц, изученных в начальной школе) и 675 лексических единиц для рецептивного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усвоения (включая 625 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помощи суффиксов -er/-or (teacher/visitor), -ist (scientist,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tourist), -sion/-tion (dis- cussion/invitation);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 прилагательных при помощи суффиксов -ful (wonderful), -ian/-an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(Russian/American);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наречий при помощи суффикса -ly (recently);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прилагательных, имён существительных и наречий при помощи отрицательного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префикса un- (unhappy, unreality, unusually).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изученных морфологических форм и синтаксических конструкций английского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несколькими обстоятельствами, следующими в определённом порядке.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в видо-временных формах действительного залога в изъявительном наклонении в Present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Perfect Tense в повествовательных (утвердительных и отрицательных) и вопросительных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во множественном числе, в том числе имена существительные, имеющие</w:t>
      </w:r>
    </w:p>
    <w:p>
      <w:pPr>
        <w:sectPr>
          <w:pgSz w:w="11900" w:h="16840"/>
          <w:pgMar w:top="298" w:right="698" w:bottom="416" w:left="666" w:header="720" w:footer="720" w:gutter="0"/>
          <w:cols w:space="720" w:num="1" w:equalWidth="0"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с причастиями настоящего и прошедшего времени.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социокультурных элементов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(в ситуациях общения,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«В семье», «В школе», «На улице»).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в устной и письменной речи наиболее употребительной тематической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фоновой лексики и реалий в рамках отобранного тематического содержания (некоторые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социокультурного портрета родной страны и страны/стран изучаемого языка: знакомство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традициями проведения основных национальных праздников (Рождества, Нового года и т. д.);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особенностями образа жизни и культуры страны/ стран изучаемого языка (известных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достопримечательностях, выдающихся людях); с доступными в языковом отношении образцами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детской поэзии и прозы на английском языке.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свои имя и фамилию, а также имена и фамилии своих родственников и друзей на английском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оформлять свой адрес на английском 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языка (основные 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62" w:lineRule="auto" w:before="19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при чтении и аудировании языковой, в том числе контекстуальной, догадки.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порождении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прочитанного/прослушанного текста или для нахождения в тексте запрашиваемой информации.</w:t>
      </w:r>
    </w:p>
    <w:p>
      <w:pPr>
        <w:sectPr>
          <w:pgSz w:w="11900" w:h="16840"/>
          <w:pgMar w:top="286" w:right="678" w:bottom="1440" w:left="666" w:header="720" w:footer="720" w:gutter="0"/>
          <w:cols w:space="720" w:num="1" w:equalWidth="0"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английского языка в 5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её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участию в гуманитарной деятельности (волонтёрство, помощь людям, нуждающимся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–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своё поведение и поступки,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учётом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средства коммуникации и самовыражения;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ценности отечественного и мирового искусства, роли этнических культурных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народного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 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себя и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технологической и социальной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труду и результатам трудовой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осознанный выбор и построение индивидуальной траектории образования и жизненных планов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участию в практической деятельности 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 основными навыками исследовательской деятельности, установка на осмысление опыта,</w:t>
      </w:r>
    </w:p>
    <w:p>
      <w:pPr>
        <w:sectPr>
          <w:pgSz w:w="11900" w:h="16840"/>
          <w:pgMar w:top="298" w:right="640" w:bottom="428" w:left="666" w:header="720" w:footer="720" w:gutter="0"/>
          <w:cols w:space="720" w:num="1" w:equalWidth="0"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группах и сообществах, включая семью, группы, сформированные по профессиональной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среды;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взаимодействовать в условиях неопределённости,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неопределённости,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известных, осознавать дефицит собственных знаний и компетентностей, планировать своё развитие;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оценивать происходящие изменения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последствия;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стрессовую ситуацию как 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86" w:right="654" w:bottom="296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решения,  выбирать  наиболее подходящий с учётом самостоятельно выделенных критериев);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учётом 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систематизировать и интерпретировать информацию различных видов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педагогическим работником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сходство позиций;</w:t>
      </w:r>
    </w:p>
    <w:p>
      <w:pPr>
        <w:sectPr>
          <w:pgSz w:w="11900" w:h="16840"/>
          <w:pgMar w:top="310" w:right="822" w:bottom="356" w:left="666" w:header="720" w:footer="720" w:gutter="0"/>
          <w:cols w:space="720" w:num="1" w:equalWidth="0"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выполненного опыта (эксперимента, исследования, проекта);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мозговые штурмы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задачей и вклад каждого члена команды в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перед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 задачи 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учётом получения новых знаний об изучаемом объекте;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выбор и 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адаптировать 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3) эмоциональный интеллект:</w:t>
      </w:r>
    </w:p>
    <w:p>
      <w:pPr>
        <w:sectPr>
          <w:pgSz w:w="11900" w:h="16840"/>
          <w:pgMar w:top="298" w:right="688" w:bottom="368" w:left="666" w:header="720" w:footer="720" w:gutter="0"/>
          <w:cols w:space="720" w:num="1" w:equalWidth="0"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способ выражения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своё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открытость себе и другим;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74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по учебному предмету «Иностранный (английский) язык»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«Иностранные языки» ориентированы на применение знаний, умений и навыков 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 и реальных жизненных условиях, должны отражать сформированность иноязычной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на допороговом уровне в совокупности её составляющих — речевой,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языковой, социокультурной, компенсаторной, метапредметной (учебно-познавательной).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Владеть основными видами речевой деятельности: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(диалог этикетного характера, диалог — побуждение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действию, диалог-расспрос) в рамках тематического содержания речи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с вербальными и/или зрительными опорами, с соблюдением норм речевого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этикета, принятого в стране/странах изучаемого языка (до 5 реплик со стороны каждого собеседника);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разные виды монологических высказываний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(объём монологического высказывания — 5-6 фраз);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основное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 текста с вербальными и/или зрительными опорами (объём — 5-6 фраз); кратко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результаты  выполненной проектной работы (объём — до 6 фраз);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воспринимать на слух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со зрительными опорами или без опоры с разной глубиной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(время звучания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текста/текстов для аудирования — до 1 минуты);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смысловоечтение: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 различной глубиной проникновения в их содержание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от поставленной коммуникативной задачи: с пониманием основного содержания,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запрашиваемой информации (объём текста/текстов для чтения — 180-200 слов);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 себя несплошные тексты (таблицы) и понимать представленную в них информацию;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короткие поздравления с праздниками; заполнять анкеты и формуляры,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сообщая о себе основные сведения, в соответствии с нормами, принятыми в стране/странах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соблюдая речевой этикет,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принятый в стране/странах изучаемого языка (объём сообщения — до 60 слов);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фонетическими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различать на слух и адекватно,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 ошибок, ведущих к сбою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 с правильным ударением и фразы с соблюдением их ритмико-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интонационных особенностей, в том числе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применять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отсутствия фразового ударения на</w:t>
      </w:r>
    </w:p>
    <w:p>
      <w:pPr>
        <w:sectPr>
          <w:pgSz w:w="11900" w:h="16840"/>
          <w:pgMar w:top="298" w:right="676" w:bottom="332" w:left="666" w:header="720" w:footer="720" w:gutter="0"/>
          <w:cols w:space="720" w:num="1" w:equalWidth="0"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служебных словах;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выразительно читать вслух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небольшие адаптированные аутентичные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объёмом до 90 слов, построенные на изученном языковом материале, с соблюдением правил чтения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соответствующей интонацией, демонстрируя понимание содержания текста; читать новые слова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основным правилам чтения;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орфографическими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пунктуационными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навыками: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 в конце предложения, запятую при перечислении и обращении, апостроф; пунктуационно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оформлять электронное сообщение личного характера;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звучащем и письменном тексте 675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устной и письменной речи 625 лексических единиц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(включая  500  лексических  единиц, освоенных в начальной школе), обслуживающих ситуации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отобранного тематического содержания, с соблюдением существующей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лексической сочетаемости;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слова, образованные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аффиксации: имена существительные с суффиксами -er/-or, -ist, -sion/- tion;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прилагательные с суффиксами -ful, -ian/-an; наречия с суффиксом -ly; имена прилагательные,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существительные и наречия с отрицательным префиксом un-;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изученные синонимы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интернациональные слова;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английского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английского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письменном и звучащем тексте и употреблять в устной и письменной речи: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 предложения с несколькими обстоятельствами, следующими в определённом порядке;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глаголы в  видо-временных  формах  действительного  залога в изъявительном наклонении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Present Perfect Tense в повествовательных (утвердительных и отрицательных) и вопросительных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имена существительные во множественном числе, в том числе имена существительные, имеющие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имена существительные с причастиями настоящего и прошедшего времени;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социокультурными знаниями и умениями: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социокультурные элементы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 в рамках тематического содержания;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знать/понимать и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наиболее употребительную лексику,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обозначающую фоновую лексику и реалии страны/стран изучаемого языка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речи;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правильно 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адрес, писать фамилии и имена (свои, родственников и друзей)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английском языке (в анкете, формуляре);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обладать базовыми знаниями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социокультурном портрете родной страны и страны/стран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языка;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Россию и страны/стран изучаемого языка;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компенсаторными умениями: использовать при чтении и аудировании языковую</w:t>
      </w:r>
    </w:p>
    <w:p>
      <w:pPr>
        <w:sectPr>
          <w:pgSz w:w="11900" w:h="16840"/>
          <w:pgMar w:top="286" w:right="728" w:bottom="368" w:left="666" w:header="720" w:footer="720" w:gutter="0"/>
          <w:cols w:space="720" w:num="1" w:equalWidth="0"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догадку, в том числе контекстуальную; игнорировать информацию, не являющуюся необходимой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понимания основного содержания прочитанного/ прослушанного текста или для нахождения в 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участвовать в несложных учебных проектах с использованием материалов на английском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применением ИКТ, соблюдая правила информационной безопасности при работе в сети Интернет;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использовать 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в электронной форме.</w:t>
      </w:r>
    </w:p>
    <w:p>
      <w:pPr>
        <w:sectPr>
          <w:pgSz w:w="11900" w:h="16840"/>
          <w:pgMar w:top="286" w:right="728" w:bottom="1440" w:left="666" w:header="720" w:footer="720" w:gutter="0"/>
          <w:cols w:space="720" w:num="1" w:equalWidth="0"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514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6"/>
            <w:vMerge w:val="restart"/>
            <w:tcBorders>
              <w:start w:sz="4.800000000000182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368"/>
            <w:vMerge w:val="restart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68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87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47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4514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Моя семья. Мои друзья. Семейные праздники (день рождения,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Новый год)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87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386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https://resh.edu.ru/subject/lesson/7494/main/309474/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https://resh.edu.ru/subject/lesson/7494/main/229417/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https://resh.edu.ru/subject/lesson/2889/main/</w:t>
            </w:r>
          </w:p>
        </w:tc>
      </w:tr>
      <w:tr>
        <w:trPr>
          <w:trHeight w:hRule="exact" w:val="924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451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Внешность и характер человека/литературного персонажа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https://resh.edu.ru/subject/lesson/2896/main/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https://resh.edu.ru/subject/lesson/2895/main/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https://uchebnik.mos.ru/catalogue/material_view/atomic_objects/4686675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https://uchebnik.mos.ru/catalogue/material_view/atomic_objects/4567361</w:t>
            </w:r>
          </w:p>
        </w:tc>
      </w:tr>
      <w:tr>
        <w:trPr>
          <w:trHeight w:hRule="exact" w:val="924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451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288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Досуг и увлечения/хобби современного подростка (чтение, кино,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спорт)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6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https://resh.edu.ru/subject/lesson/1569/main/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https://resh.edu.ru/subject/lesson/2902/main/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https://resh.edu.ru/subject/lesson/3094/main/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https://www.youtube.com/watch?app=desktop&amp;v=vog2G3HkJ6U</w:t>
            </w:r>
          </w:p>
        </w:tc>
      </w:tr>
      <w:tr>
        <w:trPr>
          <w:trHeight w:hRule="exact" w:val="926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451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Здоровый образ жизни: режим труда и отдыха. Здоровое питание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https://resh.edu.ru/subject/lesson/2855/main/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https://resh.edu.ru/subject/lesson/2869/main/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https://resh.edu.ru/subject/lesson/2866/start/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https://uchebnik.mos.ru/catalogue/material_view/atomic_objects/3876704</w:t>
            </w:r>
          </w:p>
        </w:tc>
      </w:tr>
      <w:tr>
        <w:trPr>
          <w:trHeight w:hRule="exact" w:val="732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451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Покупки: одежда, обувь и продукты питания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https://resh.edu.ru/subject/lesson/2879/start/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https://uchebnik.mos.ru/catalogue/material_view/atomic_objects/3467244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https://uchebnik.mos.ru/catalogue/material_view/atomic_objects/12157</w:t>
            </w:r>
          </w:p>
        </w:tc>
      </w:tr>
      <w:tr>
        <w:trPr>
          <w:trHeight w:hRule="exact" w:val="2270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451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288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Школа, школьная жизнь, школьная форма, изучаемые предметы.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Переписка с зарубежными сверстниками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386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https://resh.edu.ru/subject/lesson/7477/main/230037/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https://resh.edu.ru/subject/lesson/7476/main/230192/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https://resh.edu.ru/subject/lesson/7475/main/230099/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https://resh.edu.ru/subject/lesson/7474/main/229479/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https://www.youtube.com/watch?v=92yXRsDqwg0</w:t>
            </w:r>
          </w:p>
        </w:tc>
      </w:tr>
      <w:tr>
        <w:trPr>
          <w:trHeight w:hRule="exact" w:val="712"/>
        </w:trPr>
        <w:tc>
          <w:tcPr>
            <w:tcW w:type="dxa" w:w="38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4514"/>
            <w:tcBorders>
              <w:start w:sz="4.800000000000011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Каникулы в различное время года. Виды отдыха</w:t>
            </w:r>
          </w:p>
        </w:tc>
        <w:tc>
          <w:tcPr>
            <w:tcW w:type="dxa" w:w="53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5.599999999999909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https://resh.edu.ru/subject/lesson/6753/conspect/230745/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https://uchebnik.mos.ru/catalogue/material_view/atomic_objects/1323897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https://www.youtube.com/watch?app=desktop&amp;v=tggPOOrGiwQ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976" w:left="666" w:header="720" w:footer="720" w:gutter="0"/>
          <w:cols w:space="720" w:num="1" w:equalWidth="0"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58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451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Природа: дикие и домашние животные. Погода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11" w:val="single" w:color="#000000"/>
              <w:end w:sz="5.599999999999909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https://uchebnik.mos.ru/catalogue/material_view/atomic_objects/3884615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https://uchebnik.mos.ru/catalogue/material_view/atomic_objects/3450016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https://uchebnik.mos.ru/catalogue/material_view/atomic_objects/5371281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https://resh.edu.ru/subject/lesson/7499/main/229324/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https://uchebnik.mos.ru/catalogue/material_view/atomic_objects/623053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https://uchebnik.mos.ru/catalogue/material_view/atomic_objects/1727877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https://resh.edu.ru/subject/lesson/2849/main/</w:t>
            </w:r>
          </w:p>
        </w:tc>
      </w:tr>
      <w:tr>
        <w:trPr>
          <w:trHeight w:hRule="exact" w:val="348"/>
        </w:trPr>
        <w:tc>
          <w:tcPr>
            <w:tcW w:type="dxa" w:w="384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4514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Родной город/село. Транспорт</w:t>
            </w:r>
          </w:p>
        </w:tc>
        <w:tc>
          <w:tcPr>
            <w:tcW w:type="dxa" w:w="53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5.600000000000023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https://uchebnik.mos.ru/catalogue/material_view/atomic_objects/3617335</w:t>
            </w:r>
          </w:p>
        </w:tc>
      </w:tr>
      <w:tr>
        <w:trPr>
          <w:trHeight w:hRule="exact" w:val="1308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451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Родная страна и страна/страны изучаемого языка. Их географическое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положение, столицы, достопримечательности, культурные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особенности (национальные праздники, традиции, обычаи)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6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https://resh.edu.ru/subject/lesson/2825/main/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https://resh.edu.ru/subject/lesson/2813/main/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https://resh.edu.ru/subject/lesson/2826/main/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https://resh.edu.ru/subject/lesson/2817/main/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https://resh.edu.ru/subject/lesson/2824/main/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https://uchebnik.mos.ru/catalogue/material_view/atomic_objects/4117678</w:t>
            </w:r>
          </w:p>
        </w:tc>
      </w:tr>
      <w:tr>
        <w:trPr>
          <w:trHeight w:hRule="exact" w:val="1116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451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страны и страны/стран изучаемого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языка: писатели, поэты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68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7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https://resh.edu.ru/subject/lesson/7492/main/269760/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https://resh.edu.ru/subject/lesson/2790/main/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https://uchebnik.mos.ru/catalogue/material_view/atomic_objects/4891762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https://uchebnik.mos.ru/catalogue/material_view/atomic_objects/1493103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https://uchebnik.mos.ru/catalogue/material_view/atomic_objects/2895148</w:t>
            </w:r>
          </w:p>
        </w:tc>
      </w:tr>
      <w:tr>
        <w:trPr>
          <w:trHeight w:hRule="exact" w:val="328"/>
        </w:trPr>
        <w:tc>
          <w:tcPr>
            <w:tcW w:type="dxa" w:w="489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7830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96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Школа, школьная жизнь.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Школьная жизнь.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Первый день в школе.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Первый день в школе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Личные местоимения.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 to be.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Неопределенный артикль.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Изучаемые предметы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Изучаемые предметы.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Приветствия.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Приветствия.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Английские школы.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Английские школы.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Переписка с зарубежными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сверстниками.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 have got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 стран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Интернациональные слова.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64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Множественное число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существительных.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Числительные от 21 до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стран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 изучаемого языка,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Национальные праздники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обычаи. Сувениры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Англии, Шотландии,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Ирландии и Уэльса.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Родной город.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дом, моя крепость.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Порядковые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числительные.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Мое родное село.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спальня. Предлоги.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Типы домов в Англии.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Диалог по теме " 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дом".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и архитектура 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Тадж - Махал"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Транспорт.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семья.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 can.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Притяжательные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местоимения.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9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человека( литературного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персонажа).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Известные люди. Шакира.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Известные пары.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Мои друзья.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Семейные праздники.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Оборот There is /there are.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Предлоги места.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: дикие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домашние животные.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зоопарке.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Настоящее простое время.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любимец.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Коала. Пушистые друзья.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 ветеринара.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насекомых.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Здоровый образ жизни.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работе.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Настоящее продолженное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Занятия в выходные.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Лондона : Биг Бен.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Диалог - предложение.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5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Наречия частотности.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Предлоги времени.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Солнечные часы.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Здоровое питание.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времена года.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2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настоящего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простого и настоящего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длительного времен.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Одевайся правильно.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Предметы одежды.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отдыха.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Климат Аляски.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Покупка одежды. Диалог 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магазине одежды".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исчисляемые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неисчисляемые.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Продукты. Местоимения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some, any, much, many.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отпраздновать День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рождения.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День Благодарения.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Заказ еды в ресторане.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безопасности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жилища.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 to be в Past Simple.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2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Куда пойти в выходные.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Прошедшее простое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правильных глаголов.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Фильмы  и жанры.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Неправильные глаголы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Простом прошедшем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Куда пойти в Лондоне.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спросить дорогу.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Хобби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подростка.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Путешествия и досуг.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Глагол сan для выражения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разрешения.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Летние увлечения.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Простое будущее время.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Проблемы со здоровьем.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Проблемы со здоровьем.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Проблемы в походе.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Проблемы в походе.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Выдающиеся люди России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Великобритании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Писатели и поэты России.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Королевская семья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Великобритании.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 Внеклассное чтение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Обобщающее повторение.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3540"/>
            <w:gridSpan w:val="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  <w:tc>
          <w:tcPr>
            <w:tcW w:type="dxa" w:w="4658"/>
            <w:gridSpan w:val="3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Ваулина Ю.Е., Дули Д., Подоляко О.Е. и другие. Английский язык. 5 класс. АО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тетрадь к УМК Английский язык, 5 класс. Ваулина. Ю. Е. Дули Д, Подоляко О.Е,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https://resh.edu.ru/subject/11/5/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58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506" w:space="0"/>
        <w:col w:w="10506" w:space="0"/>
        <w:col w:w="10558" w:space="0"/>
        <w:col w:w="10546" w:space="0"/>
        <w:col w:w="10412" w:space="0"/>
        <w:col w:w="10580" w:space="0"/>
        <w:col w:w="10594" w:space="0"/>
        <w:col w:w="10584" w:space="0"/>
        <w:col w:w="10556" w:space="0"/>
        <w:col w:w="10536" w:space="0"/>
        <w:col w:w="10586" w:space="0"/>
        <w:col w:w="10584" w:space="0"/>
        <w:col w:w="10574" w:space="0"/>
        <w:col w:w="10584" w:space="0"/>
        <w:col w:w="958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